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6C7" w:rsidRDefault="00D0183B">
      <w:pPr>
        <w:jc w:val="center"/>
      </w:pPr>
      <w:r>
        <w:rPr>
          <w:b/>
          <w:sz w:val="36"/>
        </w:rPr>
        <w:t>ARUNAI MEDICAL COLLEGE &amp; HOSPITAL</w:t>
      </w:r>
      <w:bookmarkStart w:id="0" w:name="_GoBack"/>
      <w:bookmarkEnd w:id="0"/>
    </w:p>
    <w:p w:rsidR="00A926C7" w:rsidRDefault="00D0183B">
      <w:pPr>
        <w:jc w:val="center"/>
      </w:pPr>
      <w:r>
        <w:rPr>
          <w:b/>
          <w:sz w:val="32"/>
        </w:rPr>
        <w:t xml:space="preserve">DEPARTMENT OF GENERAL </w:t>
      </w:r>
      <w:r w:rsidR="00F103FC">
        <w:rPr>
          <w:b/>
          <w:sz w:val="32"/>
        </w:rPr>
        <w:t>MEDICINE</w:t>
      </w:r>
    </w:p>
    <w:tbl>
      <w:tblPr>
        <w:tblStyle w:val="TableGrid"/>
        <w:tblW w:w="20525" w:type="dxa"/>
        <w:jc w:val="center"/>
        <w:tblInd w:w="-3554" w:type="dxa"/>
        <w:tblLayout w:type="fixed"/>
        <w:tblLook w:val="04A0" w:firstRow="1" w:lastRow="0" w:firstColumn="1" w:lastColumn="0" w:noHBand="0" w:noVBand="1"/>
      </w:tblPr>
      <w:tblGrid>
        <w:gridCol w:w="1639"/>
        <w:gridCol w:w="1985"/>
        <w:gridCol w:w="2222"/>
        <w:gridCol w:w="2218"/>
        <w:gridCol w:w="2741"/>
        <w:gridCol w:w="2268"/>
        <w:gridCol w:w="2610"/>
        <w:gridCol w:w="2658"/>
        <w:gridCol w:w="2184"/>
      </w:tblGrid>
      <w:tr w:rsidR="00F61303" w:rsidRPr="00F103FC" w:rsidTr="00F61303">
        <w:trPr>
          <w:trHeight w:val="551"/>
          <w:jc w:val="center"/>
        </w:trPr>
        <w:tc>
          <w:tcPr>
            <w:tcW w:w="1639" w:type="dxa"/>
            <w:vAlign w:val="center"/>
          </w:tcPr>
          <w:p w:rsidR="00A926C7" w:rsidRPr="00F61303" w:rsidRDefault="00D0183B" w:rsidP="00F61303">
            <w:pPr>
              <w:ind w:left="27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61303">
              <w:rPr>
                <w:rFonts w:asciiTheme="majorHAnsi" w:hAnsiTheme="majorHAnsi" w:cstheme="majorHAnsi"/>
                <w:b/>
                <w:bCs/>
              </w:rPr>
              <w:t>DESIGNATION</w:t>
            </w:r>
          </w:p>
        </w:tc>
        <w:tc>
          <w:tcPr>
            <w:tcW w:w="1985" w:type="dxa"/>
            <w:vAlign w:val="center"/>
          </w:tcPr>
          <w:p w:rsidR="00A926C7" w:rsidRPr="00F61303" w:rsidRDefault="00D0183B" w:rsidP="00F6130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61303">
              <w:rPr>
                <w:rFonts w:asciiTheme="majorHAnsi" w:hAnsiTheme="majorHAnsi" w:cstheme="majorHAnsi"/>
                <w:b/>
                <w:bCs/>
              </w:rPr>
              <w:t>UNIT-I</w:t>
            </w:r>
          </w:p>
        </w:tc>
        <w:tc>
          <w:tcPr>
            <w:tcW w:w="2222" w:type="dxa"/>
            <w:vAlign w:val="center"/>
          </w:tcPr>
          <w:p w:rsidR="00A926C7" w:rsidRPr="00F61303" w:rsidRDefault="00D0183B" w:rsidP="00F6130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61303">
              <w:rPr>
                <w:rFonts w:asciiTheme="majorHAnsi" w:hAnsiTheme="majorHAnsi" w:cstheme="majorHAnsi"/>
                <w:b/>
                <w:bCs/>
              </w:rPr>
              <w:t>UNIT-II</w:t>
            </w:r>
          </w:p>
        </w:tc>
        <w:tc>
          <w:tcPr>
            <w:tcW w:w="2218" w:type="dxa"/>
            <w:vAlign w:val="center"/>
          </w:tcPr>
          <w:p w:rsidR="00A926C7" w:rsidRPr="00F61303" w:rsidRDefault="00D0183B" w:rsidP="00F6130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61303">
              <w:rPr>
                <w:rFonts w:asciiTheme="majorHAnsi" w:hAnsiTheme="majorHAnsi" w:cstheme="majorHAnsi"/>
                <w:b/>
                <w:bCs/>
              </w:rPr>
              <w:t>UNIT-III</w:t>
            </w:r>
          </w:p>
        </w:tc>
        <w:tc>
          <w:tcPr>
            <w:tcW w:w="2741" w:type="dxa"/>
            <w:vAlign w:val="center"/>
          </w:tcPr>
          <w:p w:rsidR="00A926C7" w:rsidRPr="00F61303" w:rsidRDefault="00D0183B" w:rsidP="00F6130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61303">
              <w:rPr>
                <w:rFonts w:asciiTheme="majorHAnsi" w:hAnsiTheme="majorHAnsi" w:cstheme="majorHAnsi"/>
                <w:b/>
                <w:bCs/>
              </w:rPr>
              <w:t>UNIT-IV</w:t>
            </w:r>
          </w:p>
        </w:tc>
        <w:tc>
          <w:tcPr>
            <w:tcW w:w="2268" w:type="dxa"/>
            <w:vAlign w:val="center"/>
          </w:tcPr>
          <w:p w:rsidR="00A926C7" w:rsidRPr="00F61303" w:rsidRDefault="00D0183B" w:rsidP="00F6130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61303">
              <w:rPr>
                <w:rFonts w:asciiTheme="majorHAnsi" w:hAnsiTheme="majorHAnsi" w:cstheme="majorHAnsi"/>
                <w:b/>
                <w:bCs/>
              </w:rPr>
              <w:t>UNIT-V</w:t>
            </w:r>
          </w:p>
        </w:tc>
        <w:tc>
          <w:tcPr>
            <w:tcW w:w="2610" w:type="dxa"/>
            <w:vAlign w:val="center"/>
          </w:tcPr>
          <w:p w:rsidR="00A926C7" w:rsidRPr="00F61303" w:rsidRDefault="00D0183B" w:rsidP="00F6130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61303">
              <w:rPr>
                <w:rFonts w:asciiTheme="majorHAnsi" w:hAnsiTheme="majorHAnsi" w:cstheme="majorHAnsi"/>
                <w:b/>
                <w:bCs/>
              </w:rPr>
              <w:t>UNIT-VI</w:t>
            </w:r>
          </w:p>
        </w:tc>
        <w:tc>
          <w:tcPr>
            <w:tcW w:w="2658" w:type="dxa"/>
            <w:vAlign w:val="center"/>
          </w:tcPr>
          <w:p w:rsidR="00A926C7" w:rsidRPr="00F61303" w:rsidRDefault="00D0183B" w:rsidP="00F6130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61303">
              <w:rPr>
                <w:rFonts w:asciiTheme="majorHAnsi" w:hAnsiTheme="majorHAnsi" w:cstheme="majorHAnsi"/>
                <w:b/>
                <w:bCs/>
              </w:rPr>
              <w:t>UNIT-VII</w:t>
            </w:r>
          </w:p>
        </w:tc>
        <w:tc>
          <w:tcPr>
            <w:tcW w:w="2184" w:type="dxa"/>
            <w:vAlign w:val="center"/>
          </w:tcPr>
          <w:p w:rsidR="00A926C7" w:rsidRPr="00F61303" w:rsidRDefault="00D0183B" w:rsidP="00F6130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61303">
              <w:rPr>
                <w:rFonts w:asciiTheme="majorHAnsi" w:hAnsiTheme="majorHAnsi" w:cstheme="majorHAnsi"/>
                <w:b/>
                <w:bCs/>
              </w:rPr>
              <w:t>UNIT-VIII</w:t>
            </w:r>
          </w:p>
        </w:tc>
      </w:tr>
      <w:tr w:rsidR="00F61303" w:rsidRPr="00F103FC" w:rsidTr="00F61303">
        <w:trPr>
          <w:trHeight w:val="1133"/>
          <w:jc w:val="center"/>
        </w:trPr>
        <w:tc>
          <w:tcPr>
            <w:tcW w:w="1639" w:type="dxa"/>
            <w:vAlign w:val="center"/>
          </w:tcPr>
          <w:p w:rsidR="00A926C7" w:rsidRPr="00F61303" w:rsidRDefault="00D0183B" w:rsidP="00F61303">
            <w:pPr>
              <w:ind w:left="27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61303">
              <w:rPr>
                <w:rFonts w:asciiTheme="majorHAnsi" w:hAnsiTheme="majorHAnsi" w:cstheme="majorHAnsi"/>
                <w:b/>
                <w:bCs/>
              </w:rPr>
              <w:t>PROFESSOR</w:t>
            </w:r>
          </w:p>
        </w:tc>
        <w:tc>
          <w:tcPr>
            <w:tcW w:w="1985" w:type="dxa"/>
            <w:vAlign w:val="center"/>
          </w:tcPr>
          <w:p w:rsidR="00F103FC" w:rsidRPr="00F103FC" w:rsidRDefault="00F103FC" w:rsidP="00F61303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F103FC">
              <w:rPr>
                <w:rFonts w:asciiTheme="majorHAnsi" w:hAnsiTheme="majorHAnsi" w:cstheme="majorHAnsi"/>
                <w:color w:val="000000"/>
              </w:rPr>
              <w:t>DR.KUMARESAN</w:t>
            </w:r>
          </w:p>
          <w:p w:rsidR="00A926C7" w:rsidRPr="00F103FC" w:rsidRDefault="00A926C7" w:rsidP="00F6130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22" w:type="dxa"/>
            <w:vAlign w:val="center"/>
          </w:tcPr>
          <w:p w:rsidR="00A926C7" w:rsidRPr="00F103FC" w:rsidRDefault="00F103FC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>Dr. SHAKEEL</w:t>
            </w:r>
          </w:p>
        </w:tc>
        <w:tc>
          <w:tcPr>
            <w:tcW w:w="2218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 xml:space="preserve">Dr. </w:t>
            </w:r>
            <w:r w:rsidR="00F103FC" w:rsidRPr="00F103FC">
              <w:rPr>
                <w:rFonts w:asciiTheme="majorHAnsi" w:hAnsiTheme="majorHAnsi" w:cstheme="majorHAnsi"/>
              </w:rPr>
              <w:t>THIRUMAL BABU</w:t>
            </w:r>
          </w:p>
        </w:tc>
        <w:tc>
          <w:tcPr>
            <w:tcW w:w="2741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2268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2610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2658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2184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>-</w:t>
            </w:r>
          </w:p>
        </w:tc>
      </w:tr>
      <w:tr w:rsidR="00F61303" w:rsidRPr="00F103FC" w:rsidTr="00F61303">
        <w:trPr>
          <w:trHeight w:val="1085"/>
          <w:jc w:val="center"/>
        </w:trPr>
        <w:tc>
          <w:tcPr>
            <w:tcW w:w="1639" w:type="dxa"/>
            <w:vAlign w:val="center"/>
          </w:tcPr>
          <w:p w:rsidR="00A926C7" w:rsidRPr="00F61303" w:rsidRDefault="00D0183B" w:rsidP="00F61303">
            <w:pPr>
              <w:ind w:left="27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61303">
              <w:rPr>
                <w:rFonts w:asciiTheme="majorHAnsi" w:hAnsiTheme="majorHAnsi" w:cstheme="majorHAnsi"/>
                <w:b/>
                <w:bCs/>
              </w:rPr>
              <w:t>ASSOCIATE PROFESSOR</w:t>
            </w:r>
          </w:p>
        </w:tc>
        <w:tc>
          <w:tcPr>
            <w:tcW w:w="1985" w:type="dxa"/>
            <w:vAlign w:val="center"/>
          </w:tcPr>
          <w:p w:rsidR="00A926C7" w:rsidRPr="00F103FC" w:rsidRDefault="00F103FC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2222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2218" w:type="dxa"/>
            <w:vAlign w:val="center"/>
          </w:tcPr>
          <w:p w:rsidR="00A926C7" w:rsidRPr="00F103FC" w:rsidRDefault="00F103FC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2741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 xml:space="preserve">Dr. </w:t>
            </w:r>
            <w:r w:rsidR="00F103FC" w:rsidRPr="00F103FC">
              <w:rPr>
                <w:rFonts w:asciiTheme="majorHAnsi" w:hAnsiTheme="majorHAnsi" w:cstheme="majorHAnsi"/>
              </w:rPr>
              <w:t>SIVAKUMAR</w:t>
            </w:r>
          </w:p>
        </w:tc>
        <w:tc>
          <w:tcPr>
            <w:tcW w:w="2268" w:type="dxa"/>
            <w:vAlign w:val="center"/>
          </w:tcPr>
          <w:p w:rsidR="00A926C7" w:rsidRPr="00F103FC" w:rsidRDefault="00F103FC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>Dr. BHUBANESHWAR</w:t>
            </w:r>
          </w:p>
        </w:tc>
        <w:tc>
          <w:tcPr>
            <w:tcW w:w="2610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 xml:space="preserve">Dr. </w:t>
            </w:r>
            <w:r w:rsidR="00F103FC" w:rsidRPr="00F103FC">
              <w:rPr>
                <w:rFonts w:asciiTheme="majorHAnsi" w:hAnsiTheme="majorHAnsi" w:cstheme="majorHAnsi"/>
              </w:rPr>
              <w:t>ELANGOVAN</w:t>
            </w:r>
          </w:p>
        </w:tc>
        <w:tc>
          <w:tcPr>
            <w:tcW w:w="2658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 xml:space="preserve">Dr. </w:t>
            </w:r>
            <w:r w:rsidR="00F103FC" w:rsidRPr="00F103FC">
              <w:rPr>
                <w:rFonts w:asciiTheme="majorHAnsi" w:hAnsiTheme="majorHAnsi" w:cstheme="majorHAnsi"/>
              </w:rPr>
              <w:t>CHUNDRU RAMANA MURTHY</w:t>
            </w:r>
          </w:p>
        </w:tc>
        <w:tc>
          <w:tcPr>
            <w:tcW w:w="2184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 xml:space="preserve">Dr. </w:t>
            </w:r>
            <w:r w:rsidR="00F103FC" w:rsidRPr="00F103FC">
              <w:rPr>
                <w:rFonts w:asciiTheme="majorHAnsi" w:hAnsiTheme="majorHAnsi" w:cstheme="majorHAnsi"/>
              </w:rPr>
              <w:t>NEELURU ANAND KUMAR</w:t>
            </w:r>
          </w:p>
        </w:tc>
      </w:tr>
      <w:tr w:rsidR="00F61303" w:rsidRPr="00F103FC" w:rsidTr="00F61303">
        <w:trPr>
          <w:trHeight w:val="1400"/>
          <w:jc w:val="center"/>
        </w:trPr>
        <w:tc>
          <w:tcPr>
            <w:tcW w:w="1639" w:type="dxa"/>
            <w:vAlign w:val="center"/>
          </w:tcPr>
          <w:p w:rsidR="00A926C7" w:rsidRPr="00F61303" w:rsidRDefault="00D0183B" w:rsidP="00F61303">
            <w:pPr>
              <w:ind w:left="27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61303">
              <w:rPr>
                <w:rFonts w:asciiTheme="majorHAnsi" w:hAnsiTheme="majorHAnsi" w:cstheme="majorHAnsi"/>
                <w:b/>
                <w:bCs/>
              </w:rPr>
              <w:t>ASSISTANT PROFESSOR</w:t>
            </w:r>
          </w:p>
        </w:tc>
        <w:tc>
          <w:tcPr>
            <w:tcW w:w="1985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 xml:space="preserve">Dr. </w:t>
            </w:r>
            <w:r w:rsidR="00F103FC" w:rsidRPr="00F103FC">
              <w:rPr>
                <w:rFonts w:asciiTheme="majorHAnsi" w:hAnsiTheme="majorHAnsi" w:cstheme="majorHAnsi"/>
              </w:rPr>
              <w:t>RADHIKA</w:t>
            </w:r>
          </w:p>
        </w:tc>
        <w:tc>
          <w:tcPr>
            <w:tcW w:w="2222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 xml:space="preserve">Dr. </w:t>
            </w:r>
            <w:r w:rsidR="00F103FC" w:rsidRPr="00F103FC">
              <w:rPr>
                <w:rFonts w:asciiTheme="majorHAnsi" w:hAnsiTheme="majorHAnsi" w:cstheme="majorHAnsi"/>
              </w:rPr>
              <w:t>GOKULAKANNAN</w:t>
            </w:r>
          </w:p>
        </w:tc>
        <w:tc>
          <w:tcPr>
            <w:tcW w:w="2218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 xml:space="preserve">Dr. </w:t>
            </w:r>
            <w:r w:rsidR="00F103FC" w:rsidRPr="00F103FC">
              <w:rPr>
                <w:rFonts w:asciiTheme="majorHAnsi" w:hAnsiTheme="majorHAnsi" w:cstheme="majorHAnsi"/>
              </w:rPr>
              <w:t>KRISHNA KUMAR</w:t>
            </w:r>
          </w:p>
        </w:tc>
        <w:tc>
          <w:tcPr>
            <w:tcW w:w="2741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 xml:space="preserve">Dr. </w:t>
            </w:r>
            <w:r w:rsidR="00F103FC" w:rsidRPr="00F103FC">
              <w:rPr>
                <w:rFonts w:asciiTheme="majorHAnsi" w:hAnsiTheme="majorHAnsi" w:cstheme="majorHAnsi"/>
              </w:rPr>
              <w:t>GOWTHAM KUMAR</w:t>
            </w:r>
          </w:p>
        </w:tc>
        <w:tc>
          <w:tcPr>
            <w:tcW w:w="2268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 xml:space="preserve">Dr. </w:t>
            </w:r>
            <w:r w:rsidR="00F103FC" w:rsidRPr="00F103FC">
              <w:rPr>
                <w:rFonts w:asciiTheme="majorHAnsi" w:hAnsiTheme="majorHAnsi" w:cstheme="majorHAnsi"/>
              </w:rPr>
              <w:t>PRAKASH</w:t>
            </w:r>
          </w:p>
        </w:tc>
        <w:tc>
          <w:tcPr>
            <w:tcW w:w="2610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 xml:space="preserve">Dr. </w:t>
            </w:r>
            <w:r w:rsidR="00F103FC" w:rsidRPr="00F103FC">
              <w:rPr>
                <w:rFonts w:asciiTheme="majorHAnsi" w:hAnsiTheme="majorHAnsi" w:cstheme="majorHAnsi"/>
              </w:rPr>
              <w:t>SUGAN GANDHI</w:t>
            </w:r>
          </w:p>
        </w:tc>
        <w:tc>
          <w:tcPr>
            <w:tcW w:w="2658" w:type="dxa"/>
            <w:vAlign w:val="center"/>
          </w:tcPr>
          <w:p w:rsidR="00A926C7" w:rsidRPr="00F103FC" w:rsidRDefault="00F103FC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>Dr. ASHWANTH RAM</w:t>
            </w:r>
          </w:p>
        </w:tc>
        <w:tc>
          <w:tcPr>
            <w:tcW w:w="2184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 xml:space="preserve">Dr. </w:t>
            </w:r>
            <w:r w:rsidR="00F103FC" w:rsidRPr="00F103FC">
              <w:rPr>
                <w:rFonts w:asciiTheme="majorHAnsi" w:hAnsiTheme="majorHAnsi" w:cstheme="majorHAnsi"/>
              </w:rPr>
              <w:t>VINOD KANNAN</w:t>
            </w:r>
          </w:p>
        </w:tc>
      </w:tr>
      <w:tr w:rsidR="00F61303" w:rsidRPr="00F103FC" w:rsidTr="00F61303">
        <w:trPr>
          <w:trHeight w:val="551"/>
          <w:jc w:val="center"/>
        </w:trPr>
        <w:tc>
          <w:tcPr>
            <w:tcW w:w="1639" w:type="dxa"/>
            <w:vAlign w:val="center"/>
          </w:tcPr>
          <w:p w:rsidR="00A926C7" w:rsidRPr="00F61303" w:rsidRDefault="00A926C7" w:rsidP="00F61303">
            <w:pPr>
              <w:ind w:left="27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:rsidR="00A926C7" w:rsidRPr="00F103FC" w:rsidRDefault="00F103FC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>Dr.RAGUNANDHAN</w:t>
            </w:r>
          </w:p>
        </w:tc>
        <w:tc>
          <w:tcPr>
            <w:tcW w:w="2222" w:type="dxa"/>
            <w:vAlign w:val="center"/>
          </w:tcPr>
          <w:p w:rsidR="00A926C7" w:rsidRPr="00F103FC" w:rsidRDefault="00A926C7" w:rsidP="00F6130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18" w:type="dxa"/>
            <w:vAlign w:val="center"/>
          </w:tcPr>
          <w:p w:rsidR="00A926C7" w:rsidRPr="00F103FC" w:rsidRDefault="00A926C7" w:rsidP="00F6130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741" w:type="dxa"/>
            <w:vAlign w:val="center"/>
          </w:tcPr>
          <w:p w:rsidR="00A926C7" w:rsidRPr="00F103FC" w:rsidRDefault="00A926C7" w:rsidP="00F6130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vAlign w:val="center"/>
          </w:tcPr>
          <w:p w:rsidR="00A926C7" w:rsidRPr="00F103FC" w:rsidRDefault="00A926C7" w:rsidP="00F6130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610" w:type="dxa"/>
            <w:vAlign w:val="center"/>
          </w:tcPr>
          <w:p w:rsidR="00A926C7" w:rsidRPr="00F103FC" w:rsidRDefault="00A926C7" w:rsidP="00F6130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658" w:type="dxa"/>
            <w:vAlign w:val="center"/>
          </w:tcPr>
          <w:p w:rsidR="00A926C7" w:rsidRPr="00F103FC" w:rsidRDefault="00A926C7" w:rsidP="00F6130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184" w:type="dxa"/>
            <w:vAlign w:val="center"/>
          </w:tcPr>
          <w:p w:rsidR="00A926C7" w:rsidRPr="00F103FC" w:rsidRDefault="00A926C7" w:rsidP="00F61303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F61303" w:rsidRPr="00F103FC" w:rsidTr="00F61303">
        <w:trPr>
          <w:trHeight w:val="1684"/>
          <w:jc w:val="center"/>
        </w:trPr>
        <w:tc>
          <w:tcPr>
            <w:tcW w:w="1639" w:type="dxa"/>
            <w:vAlign w:val="center"/>
          </w:tcPr>
          <w:p w:rsidR="00A926C7" w:rsidRPr="00F61303" w:rsidRDefault="00D0183B" w:rsidP="00F61303">
            <w:pPr>
              <w:ind w:left="27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61303">
              <w:rPr>
                <w:rFonts w:asciiTheme="majorHAnsi" w:hAnsiTheme="majorHAnsi" w:cstheme="majorHAnsi"/>
                <w:b/>
                <w:bCs/>
              </w:rPr>
              <w:t>SENIOR RESIDENT</w:t>
            </w:r>
          </w:p>
        </w:tc>
        <w:tc>
          <w:tcPr>
            <w:tcW w:w="1985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 xml:space="preserve">Dr. </w:t>
            </w:r>
            <w:r w:rsidR="00F103FC" w:rsidRPr="00F103FC">
              <w:rPr>
                <w:rFonts w:asciiTheme="majorHAnsi" w:hAnsiTheme="majorHAnsi" w:cstheme="majorHAnsi"/>
              </w:rPr>
              <w:t>KARTHIGA</w:t>
            </w:r>
          </w:p>
        </w:tc>
        <w:tc>
          <w:tcPr>
            <w:tcW w:w="2222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 xml:space="preserve">Dr. </w:t>
            </w:r>
            <w:r w:rsidR="00F103FC" w:rsidRPr="00F103FC">
              <w:rPr>
                <w:rFonts w:asciiTheme="majorHAnsi" w:hAnsiTheme="majorHAnsi" w:cstheme="majorHAnsi"/>
              </w:rPr>
              <w:t>GOPAL</w:t>
            </w:r>
          </w:p>
        </w:tc>
        <w:tc>
          <w:tcPr>
            <w:tcW w:w="2218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 xml:space="preserve">Dr. </w:t>
            </w:r>
            <w:r w:rsidR="00F103FC" w:rsidRPr="00F103FC">
              <w:rPr>
                <w:rFonts w:asciiTheme="majorHAnsi" w:hAnsiTheme="majorHAnsi" w:cstheme="majorHAnsi"/>
              </w:rPr>
              <w:t>SHOBANA</w:t>
            </w:r>
          </w:p>
        </w:tc>
        <w:tc>
          <w:tcPr>
            <w:tcW w:w="2741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 xml:space="preserve">Dr. </w:t>
            </w:r>
            <w:r w:rsidR="00F103FC" w:rsidRPr="00F103FC">
              <w:rPr>
                <w:rFonts w:asciiTheme="majorHAnsi" w:hAnsiTheme="majorHAnsi" w:cstheme="majorHAnsi"/>
              </w:rPr>
              <w:t>YADLA PALLI SOWMYA</w:t>
            </w:r>
          </w:p>
        </w:tc>
        <w:tc>
          <w:tcPr>
            <w:tcW w:w="2268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 xml:space="preserve">Dr. </w:t>
            </w:r>
            <w:r w:rsidR="00F103FC" w:rsidRPr="00F103FC">
              <w:rPr>
                <w:rFonts w:asciiTheme="majorHAnsi" w:hAnsiTheme="majorHAnsi" w:cstheme="majorHAnsi"/>
              </w:rPr>
              <w:t>VEMA VARAPU MAHESH</w:t>
            </w:r>
          </w:p>
        </w:tc>
        <w:tc>
          <w:tcPr>
            <w:tcW w:w="2610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 xml:space="preserve">Dr. </w:t>
            </w:r>
            <w:r w:rsidR="00F103FC" w:rsidRPr="00F103FC">
              <w:rPr>
                <w:rFonts w:asciiTheme="majorHAnsi" w:hAnsiTheme="majorHAnsi" w:cstheme="majorHAnsi"/>
              </w:rPr>
              <w:t>MARTHI SAI YADHAV</w:t>
            </w:r>
          </w:p>
        </w:tc>
        <w:tc>
          <w:tcPr>
            <w:tcW w:w="2658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 xml:space="preserve">Dr. </w:t>
            </w:r>
            <w:r w:rsidR="00F103FC" w:rsidRPr="00F103FC">
              <w:rPr>
                <w:rFonts w:asciiTheme="majorHAnsi" w:hAnsiTheme="majorHAnsi" w:cstheme="majorHAnsi"/>
              </w:rPr>
              <w:t>DEVENDRA REDDY PATIRLA</w:t>
            </w:r>
          </w:p>
        </w:tc>
        <w:tc>
          <w:tcPr>
            <w:tcW w:w="2184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 xml:space="preserve">Dr. </w:t>
            </w:r>
            <w:r w:rsidR="00F103FC" w:rsidRPr="00F103FC">
              <w:rPr>
                <w:rFonts w:asciiTheme="majorHAnsi" w:hAnsiTheme="majorHAnsi" w:cstheme="majorHAnsi"/>
              </w:rPr>
              <w:t>RAVI KRISHNA RUTTALA</w:t>
            </w:r>
          </w:p>
        </w:tc>
      </w:tr>
      <w:tr w:rsidR="00F61303" w:rsidRPr="00F103FC" w:rsidTr="00F61303">
        <w:trPr>
          <w:trHeight w:val="714"/>
          <w:jc w:val="center"/>
        </w:trPr>
        <w:tc>
          <w:tcPr>
            <w:tcW w:w="1639" w:type="dxa"/>
            <w:vAlign w:val="center"/>
          </w:tcPr>
          <w:p w:rsidR="00A926C7" w:rsidRPr="00F61303" w:rsidRDefault="00D0183B" w:rsidP="00F61303">
            <w:pPr>
              <w:ind w:left="27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61303">
              <w:rPr>
                <w:rFonts w:asciiTheme="majorHAnsi" w:hAnsiTheme="majorHAnsi" w:cstheme="majorHAnsi"/>
                <w:b/>
                <w:bCs/>
              </w:rPr>
              <w:t>JUNIOR RESIDENT</w:t>
            </w:r>
          </w:p>
        </w:tc>
        <w:tc>
          <w:tcPr>
            <w:tcW w:w="1985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 xml:space="preserve">Dr. </w:t>
            </w:r>
            <w:r w:rsidR="00F103FC" w:rsidRPr="00F103FC">
              <w:rPr>
                <w:rFonts w:asciiTheme="majorHAnsi" w:hAnsiTheme="majorHAnsi" w:cstheme="majorHAnsi"/>
              </w:rPr>
              <w:t>MEENA</w:t>
            </w:r>
          </w:p>
        </w:tc>
        <w:tc>
          <w:tcPr>
            <w:tcW w:w="2222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 xml:space="preserve">Dr. </w:t>
            </w:r>
            <w:r w:rsidR="00F103FC" w:rsidRPr="00F103FC">
              <w:rPr>
                <w:rFonts w:asciiTheme="majorHAnsi" w:hAnsiTheme="majorHAnsi" w:cstheme="majorHAnsi"/>
              </w:rPr>
              <w:t>MOHAMED ASHIQ</w:t>
            </w:r>
          </w:p>
        </w:tc>
        <w:tc>
          <w:tcPr>
            <w:tcW w:w="2218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2741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2268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2610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2658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2184" w:type="dxa"/>
            <w:vAlign w:val="center"/>
          </w:tcPr>
          <w:p w:rsidR="00A926C7" w:rsidRPr="00F103FC" w:rsidRDefault="00D0183B" w:rsidP="00F61303">
            <w:pPr>
              <w:jc w:val="center"/>
              <w:rPr>
                <w:rFonts w:asciiTheme="majorHAnsi" w:hAnsiTheme="majorHAnsi" w:cstheme="majorHAnsi"/>
              </w:rPr>
            </w:pPr>
            <w:r w:rsidRPr="00F103FC">
              <w:rPr>
                <w:rFonts w:asciiTheme="majorHAnsi" w:hAnsiTheme="majorHAnsi" w:cstheme="majorHAnsi"/>
              </w:rPr>
              <w:t>-</w:t>
            </w:r>
          </w:p>
        </w:tc>
      </w:tr>
    </w:tbl>
    <w:p w:rsidR="00D0183B" w:rsidRPr="00F103FC" w:rsidRDefault="00D0183B">
      <w:pPr>
        <w:rPr>
          <w:rFonts w:asciiTheme="majorHAnsi" w:hAnsiTheme="majorHAnsi" w:cstheme="majorHAnsi"/>
        </w:rPr>
      </w:pPr>
    </w:p>
    <w:sectPr w:rsidR="00D0183B" w:rsidRPr="00F103FC" w:rsidSect="00F61303">
      <w:pgSz w:w="23814" w:h="16839" w:orient="landscape" w:code="8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D2714"/>
    <w:rsid w:val="00A926C7"/>
    <w:rsid w:val="00AA1D8D"/>
    <w:rsid w:val="00B47730"/>
    <w:rsid w:val="00CB0664"/>
    <w:rsid w:val="00D0183B"/>
    <w:rsid w:val="00D815D3"/>
    <w:rsid w:val="00F103FC"/>
    <w:rsid w:val="00F6130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77CBA8-9498-4075-850C-05CE27457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AMC</cp:lastModifiedBy>
  <cp:revision>4</cp:revision>
  <cp:lastPrinted>2026-06-19T10:33:00Z</cp:lastPrinted>
  <dcterms:created xsi:type="dcterms:W3CDTF">2026-06-19T10:13:00Z</dcterms:created>
  <dcterms:modified xsi:type="dcterms:W3CDTF">2026-06-19T11:17:00Z</dcterms:modified>
</cp:coreProperties>
</file>